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CFEE72" w14:textId="5AD7F7DD" w:rsidR="006E2EF3" w:rsidRPr="00C34449" w:rsidRDefault="00C34449" w:rsidP="0033139E">
      <w:pPr>
        <w:pStyle w:val="Heading1"/>
        <w:spacing w:before="0"/>
        <w:jc w:val="center"/>
        <w:rPr>
          <w:rFonts w:ascii="Times New Roman" w:hAnsi="Times New Roman" w:cs="Times New Roman"/>
        </w:rPr>
      </w:pPr>
      <w:r w:rsidRPr="00C34449">
        <w:rPr>
          <w:rFonts w:ascii="Apple Color Emoji" w:hAnsi="Apple Color Emoji" w:cs="Apple Color Emoji"/>
        </w:rPr>
        <w:t>🔔</w:t>
      </w:r>
      <w:r w:rsidR="004355F0" w:rsidRPr="00C34449">
        <w:rPr>
          <w:rFonts w:ascii="Times New Roman" w:hAnsi="Times New Roman" w:cs="Times New Roman"/>
        </w:rPr>
        <w:t xml:space="preserve">SÔI NỔI HỘI THI “BÁO CHÁY 114” – RUNG CHUÔNG VÀNG CẤP TRƯỜNG NĂM 2025 </w:t>
      </w:r>
      <w:r w:rsidR="004355F0" w:rsidRPr="00C34449">
        <w:rPr>
          <w:rFonts w:ascii="Apple Color Emoji" w:hAnsi="Apple Color Emoji" w:cs="Apple Color Emoji"/>
        </w:rPr>
        <w:t>🔥</w:t>
      </w:r>
    </w:p>
    <w:p w14:paraId="28D5241D" w14:textId="77777777" w:rsidR="0033139E"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p>
    <w:p w14:paraId="01C64002" w14:textId="13D73645" w:rsidR="00C34449"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proofErr w:type="spellStart"/>
      <w:r w:rsidR="004355F0" w:rsidRPr="00C34449">
        <w:rPr>
          <w:rFonts w:ascii="Times New Roman" w:hAnsi="Times New Roman" w:cs="Times New Roman"/>
          <w:sz w:val="28"/>
          <w:szCs w:val="28"/>
        </w:rPr>
        <w:t>Sáng</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ngày</w:t>
      </w:r>
      <w:proofErr w:type="spellEnd"/>
      <w:r w:rsidR="004355F0" w:rsidRPr="00C34449">
        <w:rPr>
          <w:rFonts w:ascii="Times New Roman" w:hAnsi="Times New Roman" w:cs="Times New Roman"/>
          <w:sz w:val="28"/>
          <w:szCs w:val="28"/>
        </w:rPr>
        <w:t xml:space="preserve"> </w:t>
      </w:r>
      <w:r w:rsidR="00C34449">
        <w:rPr>
          <w:rFonts w:ascii="Times New Roman" w:hAnsi="Times New Roman" w:cs="Times New Roman"/>
          <w:sz w:val="28"/>
          <w:szCs w:val="28"/>
        </w:rPr>
        <w:t>13/5/2025</w:t>
      </w:r>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tại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sân</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trường</w:t>
      </w:r>
      <w:proofErr w:type="spellEnd"/>
      <w:r w:rsidR="004355F0" w:rsidRPr="00C34449">
        <w:rPr>
          <w:rFonts w:ascii="Times New Roman" w:hAnsi="Times New Roman" w:cs="Times New Roman"/>
          <w:sz w:val="28"/>
          <w:szCs w:val="28"/>
        </w:rPr>
        <w:t xml:space="preserve"> THCS </w:t>
      </w:r>
      <w:proofErr w:type="spellStart"/>
      <w:r w:rsidR="004355F0" w:rsidRPr="00C34449">
        <w:rPr>
          <w:rFonts w:ascii="Times New Roman" w:hAnsi="Times New Roman" w:cs="Times New Roman"/>
          <w:sz w:val="28"/>
          <w:szCs w:val="28"/>
        </w:rPr>
        <w:t>Nguyễn</w:t>
      </w:r>
      <w:proofErr w:type="spellEnd"/>
      <w:r w:rsidR="004355F0" w:rsidRPr="00C34449">
        <w:rPr>
          <w:rFonts w:ascii="Times New Roman" w:hAnsi="Times New Roman" w:cs="Times New Roman"/>
          <w:sz w:val="28"/>
          <w:szCs w:val="28"/>
        </w:rPr>
        <w:t xml:space="preserve"> Văn Thuộc đã diễn ra Hội thi “Báo Cháy 114” cấp phường Hà Lầm – Thành phố Hạ Long năm 2025. Sự kiện được phối hợp tổ chức giữa Trường THCS Nguyễn Văn Thuộc và Trường Tiểu học Hà Lầm nhằm hưởng ứng Kế hoạch số 139/KH-UBND của UBND TP Hạ Long và Kế hoạch số 32/KH-UBND </w:t>
      </w:r>
      <w:proofErr w:type="spellStart"/>
      <w:r w:rsidR="004355F0" w:rsidRPr="00C34449">
        <w:rPr>
          <w:rFonts w:ascii="Times New Roman" w:hAnsi="Times New Roman" w:cs="Times New Roman"/>
          <w:sz w:val="28"/>
          <w:szCs w:val="28"/>
        </w:rPr>
        <w:t>của</w:t>
      </w:r>
      <w:proofErr w:type="spellEnd"/>
      <w:r w:rsidR="004355F0" w:rsidRPr="00C34449">
        <w:rPr>
          <w:rFonts w:ascii="Times New Roman" w:hAnsi="Times New Roman" w:cs="Times New Roman"/>
          <w:sz w:val="28"/>
          <w:szCs w:val="28"/>
        </w:rPr>
        <w:t xml:space="preserve"> UBND </w:t>
      </w:r>
      <w:proofErr w:type="spellStart"/>
      <w:r w:rsidR="004355F0" w:rsidRPr="00C34449">
        <w:rPr>
          <w:rFonts w:ascii="Times New Roman" w:hAnsi="Times New Roman" w:cs="Times New Roman"/>
          <w:sz w:val="28"/>
          <w:szCs w:val="28"/>
        </w:rPr>
        <w:t>Phường</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Hà</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Lầm</w:t>
      </w:r>
      <w:proofErr w:type="spellEnd"/>
      <w:r w:rsidR="004355F0" w:rsidRPr="00C34449">
        <w:rPr>
          <w:rFonts w:ascii="Times New Roman" w:hAnsi="Times New Roman" w:cs="Times New Roman"/>
          <w:sz w:val="28"/>
          <w:szCs w:val="28"/>
        </w:rPr>
        <w:t>.</w:t>
      </w:r>
    </w:p>
    <w:p w14:paraId="71CA8471" w14:textId="401A2E7F" w:rsidR="00C34449" w:rsidRPr="0033139E" w:rsidRDefault="009C3CEB" w:rsidP="0033139E">
      <w:pPr>
        <w:spacing w:before="120" w:after="120"/>
        <w:jc w:val="both"/>
        <w:rPr>
          <w:rFonts w:ascii="Times New Roman" w:hAnsi="Times New Roman" w:cs="Times New Roman"/>
          <w:b/>
          <w:bCs/>
          <w:sz w:val="28"/>
          <w:szCs w:val="28"/>
        </w:rPr>
      </w:pPr>
      <w:r>
        <w:rPr>
          <w:rFonts w:ascii="Times New Roman" w:hAnsi="Times New Roman" w:cs="Times New Roman"/>
          <w:b/>
          <w:bCs/>
          <w:sz w:val="28"/>
          <w:szCs w:val="28"/>
        </w:rPr>
        <w:tab/>
      </w:r>
      <w:r w:rsidR="004355F0" w:rsidRPr="0033139E">
        <w:rPr>
          <w:rFonts w:ascii="Times New Roman" w:hAnsi="Times New Roman" w:cs="Times New Roman"/>
          <w:b/>
          <w:bCs/>
          <w:sz w:val="28"/>
          <w:szCs w:val="28"/>
        </w:rPr>
        <w:t>MỞ ĐẦU ĐẦY HỨNG KHỞI</w:t>
      </w:r>
    </w:p>
    <w:p w14:paraId="20BF380E" w14:textId="47768492" w:rsidR="0033139E" w:rsidRDefault="004355F0" w:rsidP="00C34449">
      <w:pPr>
        <w:spacing w:after="0"/>
        <w:jc w:val="both"/>
        <w:rPr>
          <w:rFonts w:ascii="Times New Roman" w:hAnsi="Times New Roman" w:cs="Times New Roman"/>
          <w:sz w:val="28"/>
          <w:szCs w:val="28"/>
        </w:rPr>
      </w:pPr>
      <w:proofErr w:type="spellStart"/>
      <w:r w:rsidRPr="00C34449">
        <w:rPr>
          <w:rFonts w:ascii="Times New Roman" w:hAnsi="Times New Roman" w:cs="Times New Roman"/>
          <w:sz w:val="28"/>
          <w:szCs w:val="28"/>
        </w:rPr>
        <w:t>Chương</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trình</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được</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khuấy</w:t>
      </w:r>
      <w:proofErr w:type="spellEnd"/>
      <w:r w:rsidRPr="00C34449">
        <w:rPr>
          <w:rFonts w:ascii="Times New Roman" w:hAnsi="Times New Roman" w:cs="Times New Roman"/>
          <w:sz w:val="28"/>
          <w:szCs w:val="28"/>
        </w:rPr>
        <w:t xml:space="preserve"> động bằng những </w:t>
      </w:r>
      <w:proofErr w:type="spellStart"/>
      <w:r w:rsidRPr="00C34449">
        <w:rPr>
          <w:rFonts w:ascii="Times New Roman" w:hAnsi="Times New Roman" w:cs="Times New Roman"/>
          <w:sz w:val="28"/>
          <w:szCs w:val="28"/>
        </w:rPr>
        <w:t>tiết</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mục</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văn</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nghệ</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đặc</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sắc</w:t>
      </w:r>
      <w:proofErr w:type="spellEnd"/>
      <w:r w:rsidRPr="00C34449">
        <w:rPr>
          <w:rFonts w:ascii="Times New Roman" w:hAnsi="Times New Roman" w:cs="Times New Roman"/>
          <w:sz w:val="28"/>
          <w:szCs w:val="28"/>
        </w:rPr>
        <w:t xml:space="preserve"> </w:t>
      </w:r>
      <w:proofErr w:type="spellStart"/>
      <w:r w:rsidRPr="00C34449">
        <w:rPr>
          <w:rFonts w:ascii="Times New Roman" w:hAnsi="Times New Roman" w:cs="Times New Roman"/>
          <w:sz w:val="28"/>
          <w:szCs w:val="28"/>
        </w:rPr>
        <w:t>như</w:t>
      </w:r>
      <w:proofErr w:type="spellEnd"/>
      <w:r w:rsidRPr="00C34449">
        <w:rPr>
          <w:rFonts w:ascii="Times New Roman" w:hAnsi="Times New Roman" w:cs="Times New Roman"/>
          <w:sz w:val="28"/>
          <w:szCs w:val="28"/>
        </w:rPr>
        <w:t>:</w:t>
      </w:r>
    </w:p>
    <w:p w14:paraId="13D2C664" w14:textId="346E507B" w:rsidR="0033139E"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D5F0427" wp14:editId="77C5BF70">
            <wp:extent cx="4340914" cy="325615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a:fillRect/>
                    </a:stretch>
                  </pic:blipFill>
                  <pic:spPr>
                    <a:xfrm>
                      <a:off x="0" y="0"/>
                      <a:ext cx="4482672" cy="3362490"/>
                    </a:xfrm>
                    <a:prstGeom prst="rect">
                      <a:avLst/>
                    </a:prstGeom>
                  </pic:spPr>
                </pic:pic>
              </a:graphicData>
            </a:graphic>
          </wp:inline>
        </w:drawing>
      </w:r>
    </w:p>
    <w:p w14:paraId="6D1F61E8" w14:textId="77777777" w:rsidR="009C3CEB" w:rsidRDefault="009C3CEB" w:rsidP="009C3CEB">
      <w:pPr>
        <w:spacing w:after="0"/>
        <w:jc w:val="center"/>
        <w:rPr>
          <w:rFonts w:ascii="Times New Roman" w:hAnsi="Times New Roman" w:cs="Times New Roman"/>
          <w:b/>
          <w:bCs/>
          <w:i/>
          <w:iCs/>
          <w:sz w:val="28"/>
          <w:szCs w:val="28"/>
        </w:rPr>
      </w:pPr>
      <w:proofErr w:type="spellStart"/>
      <w:r w:rsidRPr="009C3CEB">
        <w:rPr>
          <w:rFonts w:ascii="Times New Roman" w:hAnsi="Times New Roman" w:cs="Times New Roman"/>
          <w:b/>
          <w:bCs/>
          <w:i/>
          <w:iCs/>
          <w:sz w:val="28"/>
          <w:szCs w:val="28"/>
        </w:rPr>
        <w:t>Nhảy</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Khát</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vọng</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tuổi</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trẻ</w:t>
      </w:r>
      <w:proofErr w:type="spellEnd"/>
      <w:r>
        <w:rPr>
          <w:rFonts w:ascii="Times New Roman" w:hAnsi="Times New Roman" w:cs="Times New Roman"/>
          <w:b/>
          <w:bCs/>
          <w:i/>
          <w:iCs/>
          <w:sz w:val="28"/>
          <w:szCs w:val="28"/>
        </w:rPr>
        <w:t xml:space="preserve"> </w:t>
      </w:r>
    </w:p>
    <w:p w14:paraId="07125EF8" w14:textId="3515A3CF" w:rsidR="009C3CEB" w:rsidRPr="009C3CEB" w:rsidRDefault="009C3CEB" w:rsidP="009C3CEB">
      <w:pPr>
        <w:spacing w:after="0"/>
        <w:jc w:val="center"/>
        <w:rPr>
          <w:rFonts w:ascii="Times New Roman" w:hAnsi="Times New Roman" w:cs="Times New Roman"/>
          <w:b/>
          <w:bCs/>
          <w:i/>
          <w:iCs/>
          <w:sz w:val="28"/>
          <w:szCs w:val="28"/>
        </w:rPr>
      </w:pPr>
      <w:proofErr w:type="spellStart"/>
      <w:r>
        <w:rPr>
          <w:rFonts w:ascii="Times New Roman" w:hAnsi="Times New Roman" w:cs="Times New Roman"/>
          <w:b/>
          <w:bCs/>
          <w:i/>
          <w:iCs/>
          <w:sz w:val="28"/>
          <w:szCs w:val="28"/>
        </w:rPr>
        <w:t>học</w:t>
      </w:r>
      <w:proofErr w:type="spellEnd"/>
      <w:r>
        <w:rPr>
          <w:rFonts w:ascii="Times New Roman" w:hAnsi="Times New Roman" w:cs="Times New Roman"/>
          <w:b/>
          <w:bCs/>
          <w:i/>
          <w:iCs/>
          <w:sz w:val="28"/>
          <w:szCs w:val="28"/>
        </w:rPr>
        <w:t xml:space="preserve"> </w:t>
      </w:r>
      <w:proofErr w:type="spellStart"/>
      <w:r>
        <w:rPr>
          <w:rFonts w:ascii="Times New Roman" w:hAnsi="Times New Roman" w:cs="Times New Roman"/>
          <w:b/>
          <w:bCs/>
          <w:i/>
          <w:iCs/>
          <w:sz w:val="28"/>
          <w:szCs w:val="28"/>
        </w:rPr>
        <w:t>sinh</w:t>
      </w:r>
      <w:proofErr w:type="spellEnd"/>
      <w:r>
        <w:rPr>
          <w:rFonts w:ascii="Times New Roman" w:hAnsi="Times New Roman" w:cs="Times New Roman"/>
          <w:b/>
          <w:bCs/>
          <w:i/>
          <w:iCs/>
          <w:sz w:val="28"/>
          <w:szCs w:val="28"/>
        </w:rPr>
        <w:t xml:space="preserve"> </w:t>
      </w:r>
      <w:proofErr w:type="spellStart"/>
      <w:r>
        <w:rPr>
          <w:rFonts w:ascii="Times New Roman" w:hAnsi="Times New Roman" w:cs="Times New Roman"/>
          <w:b/>
          <w:bCs/>
          <w:i/>
          <w:iCs/>
          <w:sz w:val="28"/>
          <w:szCs w:val="28"/>
        </w:rPr>
        <w:t>trường</w:t>
      </w:r>
      <w:proofErr w:type="spellEnd"/>
      <w:r>
        <w:rPr>
          <w:rFonts w:ascii="Times New Roman" w:hAnsi="Times New Roman" w:cs="Times New Roman"/>
          <w:b/>
          <w:bCs/>
          <w:i/>
          <w:iCs/>
          <w:sz w:val="28"/>
          <w:szCs w:val="28"/>
        </w:rPr>
        <w:t xml:space="preserve"> THCS </w:t>
      </w:r>
      <w:proofErr w:type="spellStart"/>
      <w:r>
        <w:rPr>
          <w:rFonts w:ascii="Times New Roman" w:hAnsi="Times New Roman" w:cs="Times New Roman"/>
          <w:b/>
          <w:bCs/>
          <w:i/>
          <w:iCs/>
          <w:sz w:val="28"/>
          <w:szCs w:val="28"/>
        </w:rPr>
        <w:t>Nguyễn</w:t>
      </w:r>
      <w:proofErr w:type="spellEnd"/>
      <w:r>
        <w:rPr>
          <w:rFonts w:ascii="Times New Roman" w:hAnsi="Times New Roman" w:cs="Times New Roman"/>
          <w:b/>
          <w:bCs/>
          <w:i/>
          <w:iCs/>
          <w:sz w:val="28"/>
          <w:szCs w:val="28"/>
        </w:rPr>
        <w:t xml:space="preserve"> </w:t>
      </w:r>
      <w:proofErr w:type="spellStart"/>
      <w:r>
        <w:rPr>
          <w:rFonts w:ascii="Times New Roman" w:hAnsi="Times New Roman" w:cs="Times New Roman"/>
          <w:b/>
          <w:bCs/>
          <w:i/>
          <w:iCs/>
          <w:sz w:val="28"/>
          <w:szCs w:val="28"/>
        </w:rPr>
        <w:t>Văn</w:t>
      </w:r>
      <w:proofErr w:type="spellEnd"/>
      <w:r>
        <w:rPr>
          <w:rFonts w:ascii="Times New Roman" w:hAnsi="Times New Roman" w:cs="Times New Roman"/>
          <w:b/>
          <w:bCs/>
          <w:i/>
          <w:iCs/>
          <w:sz w:val="28"/>
          <w:szCs w:val="28"/>
        </w:rPr>
        <w:t xml:space="preserve"> </w:t>
      </w:r>
      <w:proofErr w:type="spellStart"/>
      <w:r>
        <w:rPr>
          <w:rFonts w:ascii="Times New Roman" w:hAnsi="Times New Roman" w:cs="Times New Roman"/>
          <w:b/>
          <w:bCs/>
          <w:i/>
          <w:iCs/>
          <w:sz w:val="28"/>
          <w:szCs w:val="28"/>
        </w:rPr>
        <w:t>Thuộc</w:t>
      </w:r>
      <w:proofErr w:type="spellEnd"/>
      <w:r>
        <w:rPr>
          <w:rFonts w:ascii="Times New Roman" w:hAnsi="Times New Roman" w:cs="Times New Roman"/>
          <w:b/>
          <w:bCs/>
          <w:i/>
          <w:iCs/>
          <w:sz w:val="28"/>
          <w:szCs w:val="28"/>
        </w:rPr>
        <w:t xml:space="preserve"> </w:t>
      </w:r>
      <w:proofErr w:type="spellStart"/>
      <w:r>
        <w:rPr>
          <w:rFonts w:ascii="Times New Roman" w:hAnsi="Times New Roman" w:cs="Times New Roman"/>
          <w:b/>
          <w:bCs/>
          <w:i/>
          <w:iCs/>
          <w:sz w:val="28"/>
          <w:szCs w:val="28"/>
        </w:rPr>
        <w:t>biểu</w:t>
      </w:r>
      <w:proofErr w:type="spellEnd"/>
      <w:r>
        <w:rPr>
          <w:rFonts w:ascii="Times New Roman" w:hAnsi="Times New Roman" w:cs="Times New Roman"/>
          <w:b/>
          <w:bCs/>
          <w:i/>
          <w:iCs/>
          <w:sz w:val="28"/>
          <w:szCs w:val="28"/>
        </w:rPr>
        <w:t xml:space="preserve"> </w:t>
      </w:r>
      <w:proofErr w:type="spellStart"/>
      <w:r>
        <w:rPr>
          <w:rFonts w:ascii="Times New Roman" w:hAnsi="Times New Roman" w:cs="Times New Roman"/>
          <w:b/>
          <w:bCs/>
          <w:i/>
          <w:iCs/>
          <w:sz w:val="28"/>
          <w:szCs w:val="28"/>
        </w:rPr>
        <w:t>diễn</w:t>
      </w:r>
      <w:proofErr w:type="spellEnd"/>
    </w:p>
    <w:p w14:paraId="5532BDD7" w14:textId="76CE7A48" w:rsidR="0033139E"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9889ABD" wp14:editId="72729284">
            <wp:extent cx="4347939" cy="24458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a:fillRect/>
                    </a:stretch>
                  </pic:blipFill>
                  <pic:spPr>
                    <a:xfrm>
                      <a:off x="0" y="0"/>
                      <a:ext cx="4387738" cy="2468223"/>
                    </a:xfrm>
                    <a:prstGeom prst="rect">
                      <a:avLst/>
                    </a:prstGeom>
                  </pic:spPr>
                </pic:pic>
              </a:graphicData>
            </a:graphic>
          </wp:inline>
        </w:drawing>
      </w:r>
    </w:p>
    <w:p w14:paraId="1A98A0A4" w14:textId="1688D682" w:rsidR="0033139E" w:rsidRPr="009C3CEB" w:rsidRDefault="0033139E" w:rsidP="009C3CEB">
      <w:pPr>
        <w:spacing w:after="0"/>
        <w:jc w:val="center"/>
        <w:rPr>
          <w:rFonts w:ascii="Times New Roman" w:hAnsi="Times New Roman" w:cs="Times New Roman"/>
          <w:b/>
          <w:bCs/>
          <w:i/>
          <w:iCs/>
          <w:sz w:val="28"/>
          <w:szCs w:val="28"/>
        </w:rPr>
      </w:pPr>
      <w:proofErr w:type="spellStart"/>
      <w:r w:rsidRPr="009C3CEB">
        <w:rPr>
          <w:rFonts w:ascii="Times New Roman" w:hAnsi="Times New Roman" w:cs="Times New Roman"/>
          <w:b/>
          <w:bCs/>
          <w:i/>
          <w:iCs/>
          <w:sz w:val="28"/>
          <w:szCs w:val="28"/>
        </w:rPr>
        <w:t>Nhảy</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Bắc</w:t>
      </w:r>
      <w:proofErr w:type="spellEnd"/>
      <w:r w:rsidRPr="009C3CEB">
        <w:rPr>
          <w:rFonts w:ascii="Times New Roman" w:hAnsi="Times New Roman" w:cs="Times New Roman"/>
          <w:b/>
          <w:bCs/>
          <w:i/>
          <w:iCs/>
          <w:sz w:val="28"/>
          <w:szCs w:val="28"/>
        </w:rPr>
        <w:t xml:space="preserve"> Bling – </w:t>
      </w:r>
      <w:proofErr w:type="spellStart"/>
      <w:r w:rsidRPr="009C3CEB">
        <w:rPr>
          <w:rFonts w:ascii="Times New Roman" w:hAnsi="Times New Roman" w:cs="Times New Roman"/>
          <w:b/>
          <w:bCs/>
          <w:i/>
          <w:iCs/>
          <w:sz w:val="28"/>
          <w:szCs w:val="28"/>
        </w:rPr>
        <w:t>đến</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từ</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các</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em</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học</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sinh</w:t>
      </w:r>
      <w:proofErr w:type="spellEnd"/>
      <w:r w:rsidRPr="009C3CEB">
        <w:rPr>
          <w:rFonts w:ascii="Times New Roman" w:hAnsi="Times New Roman" w:cs="Times New Roman"/>
          <w:b/>
          <w:bCs/>
          <w:i/>
          <w:iCs/>
          <w:sz w:val="28"/>
          <w:szCs w:val="28"/>
        </w:rPr>
        <w:t xml:space="preserve"> TH </w:t>
      </w:r>
      <w:proofErr w:type="spellStart"/>
      <w:r w:rsidRPr="009C3CEB">
        <w:rPr>
          <w:rFonts w:ascii="Times New Roman" w:hAnsi="Times New Roman" w:cs="Times New Roman"/>
          <w:b/>
          <w:bCs/>
          <w:i/>
          <w:iCs/>
          <w:sz w:val="28"/>
          <w:szCs w:val="28"/>
        </w:rPr>
        <w:t>Hà</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Lầm</w:t>
      </w:r>
      <w:proofErr w:type="spellEnd"/>
    </w:p>
    <w:p w14:paraId="6A360E45" w14:textId="77777777" w:rsidR="0033139E" w:rsidRDefault="0033139E" w:rsidP="00C34449">
      <w:pPr>
        <w:spacing w:after="0"/>
        <w:jc w:val="both"/>
        <w:rPr>
          <w:rFonts w:ascii="Times New Roman" w:hAnsi="Times New Roman" w:cs="Times New Roman"/>
          <w:sz w:val="28"/>
          <w:szCs w:val="28"/>
        </w:rPr>
      </w:pPr>
    </w:p>
    <w:p w14:paraId="058DC8A7" w14:textId="731BB318" w:rsidR="0033139E"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5CE5E6" wp14:editId="1149BA94">
            <wp:extent cx="4242460" cy="3181846"/>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stretch>
                      <a:fillRect/>
                    </a:stretch>
                  </pic:blipFill>
                  <pic:spPr>
                    <a:xfrm>
                      <a:off x="0" y="0"/>
                      <a:ext cx="4289949" cy="3217463"/>
                    </a:xfrm>
                    <a:prstGeom prst="rect">
                      <a:avLst/>
                    </a:prstGeom>
                  </pic:spPr>
                </pic:pic>
              </a:graphicData>
            </a:graphic>
          </wp:inline>
        </w:drawing>
      </w:r>
    </w:p>
    <w:p w14:paraId="60A4A0F2" w14:textId="54878765" w:rsidR="0033139E" w:rsidRPr="009C3CEB" w:rsidRDefault="0033139E" w:rsidP="009C3CEB">
      <w:pPr>
        <w:spacing w:after="0"/>
        <w:jc w:val="center"/>
        <w:rPr>
          <w:rFonts w:ascii="Times New Roman" w:hAnsi="Times New Roman" w:cs="Times New Roman"/>
          <w:b/>
          <w:bCs/>
          <w:i/>
          <w:iCs/>
          <w:sz w:val="28"/>
          <w:szCs w:val="28"/>
        </w:rPr>
      </w:pPr>
      <w:proofErr w:type="spellStart"/>
      <w:r w:rsidRPr="009C3CEB">
        <w:rPr>
          <w:rFonts w:ascii="Times New Roman" w:hAnsi="Times New Roman" w:cs="Times New Roman"/>
          <w:b/>
          <w:bCs/>
          <w:i/>
          <w:iCs/>
          <w:sz w:val="28"/>
          <w:szCs w:val="28"/>
        </w:rPr>
        <w:t>Múa</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Viết</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tiếp</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câu</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chuyện</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hoà</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bình</w:t>
      </w:r>
      <w:proofErr w:type="spellEnd"/>
    </w:p>
    <w:p w14:paraId="08B2A7B8" w14:textId="77777777" w:rsidR="0033139E" w:rsidRDefault="0033139E" w:rsidP="00C34449">
      <w:pPr>
        <w:spacing w:after="0"/>
        <w:jc w:val="both"/>
        <w:rPr>
          <w:rFonts w:ascii="Times New Roman" w:hAnsi="Times New Roman" w:cs="Times New Roman"/>
          <w:sz w:val="28"/>
          <w:szCs w:val="28"/>
        </w:rPr>
      </w:pPr>
    </w:p>
    <w:p w14:paraId="540A3197" w14:textId="6E622067" w:rsidR="00C34449" w:rsidRPr="0033139E" w:rsidRDefault="009C3CEB" w:rsidP="0033139E">
      <w:pPr>
        <w:spacing w:before="120" w:after="120"/>
        <w:jc w:val="both"/>
        <w:rPr>
          <w:rFonts w:ascii="Times New Roman" w:hAnsi="Times New Roman" w:cs="Times New Roman"/>
          <w:b/>
          <w:bCs/>
          <w:sz w:val="28"/>
          <w:szCs w:val="28"/>
        </w:rPr>
      </w:pPr>
      <w:r>
        <w:rPr>
          <w:rFonts w:ascii="Times New Roman" w:hAnsi="Times New Roman" w:cs="Times New Roman"/>
          <w:b/>
          <w:bCs/>
          <w:sz w:val="28"/>
          <w:szCs w:val="28"/>
        </w:rPr>
        <w:tab/>
      </w:r>
      <w:r w:rsidR="004355F0" w:rsidRPr="0033139E">
        <w:rPr>
          <w:rFonts w:ascii="Times New Roman" w:hAnsi="Times New Roman" w:cs="Times New Roman"/>
          <w:b/>
          <w:bCs/>
          <w:sz w:val="28"/>
          <w:szCs w:val="28"/>
        </w:rPr>
        <w:t>GIAO LƯU – GẮN KẾT – HỌC HỎI</w:t>
      </w:r>
    </w:p>
    <w:p w14:paraId="62980A5A" w14:textId="15E3EF4C" w:rsidR="00C34449" w:rsidRDefault="009C3CEB" w:rsidP="00C34449">
      <w:pPr>
        <w:spacing w:after="0"/>
        <w:jc w:val="both"/>
        <w:rPr>
          <w:rFonts w:ascii="Times New Roman" w:hAnsi="Times New Roman" w:cs="Times New Roman"/>
          <w:sz w:val="28"/>
          <w:szCs w:val="28"/>
        </w:rPr>
      </w:pPr>
      <w:r>
        <w:rPr>
          <w:rFonts w:ascii="Times New Roman" w:hAnsi="Times New Roman" w:cs="Times New Roman"/>
          <w:sz w:val="28"/>
          <w:szCs w:val="28"/>
        </w:rPr>
        <w:tab/>
      </w:r>
      <w:proofErr w:type="spellStart"/>
      <w:r w:rsidR="004355F0" w:rsidRPr="00C34449">
        <w:rPr>
          <w:rFonts w:ascii="Times New Roman" w:hAnsi="Times New Roman" w:cs="Times New Roman"/>
          <w:sz w:val="28"/>
          <w:szCs w:val="28"/>
        </w:rPr>
        <w:t>Buổi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hội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vinh</w:t>
      </w:r>
      <w:proofErr w:type="spellEnd"/>
      <w:r w:rsidR="004355F0" w:rsidRPr="00C34449">
        <w:rPr>
          <w:rFonts w:ascii="Times New Roman" w:hAnsi="Times New Roman" w:cs="Times New Roman"/>
          <w:sz w:val="28"/>
          <w:szCs w:val="28"/>
        </w:rPr>
        <w:t xml:space="preserve"> dự đón tiếp sự hiện diện của các đồng chí lãnh đạo đại diện UBND phường, Công an phường, Phòng Cảnh sát PCCC và CNCH tỉnh Quảng Ninh cùng đông đảo giáo viên và </w:t>
      </w:r>
      <w:proofErr w:type="spellStart"/>
      <w:r w:rsidR="004355F0" w:rsidRPr="00C34449">
        <w:rPr>
          <w:rFonts w:ascii="Times New Roman" w:hAnsi="Times New Roman" w:cs="Times New Roman"/>
          <w:sz w:val="28"/>
          <w:szCs w:val="28"/>
        </w:rPr>
        <w:t>học</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sinh</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đến</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từ</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hai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nhà</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trường</w:t>
      </w:r>
      <w:proofErr w:type="spellEnd"/>
      <w:r w:rsidR="004355F0" w:rsidRPr="00C34449">
        <w:rPr>
          <w:rFonts w:ascii="Times New Roman" w:hAnsi="Times New Roman" w:cs="Times New Roman"/>
          <w:sz w:val="28"/>
          <w:szCs w:val="28"/>
        </w:rPr>
        <w:t>.</w:t>
      </w:r>
    </w:p>
    <w:p w14:paraId="64600103" w14:textId="77777777" w:rsidR="009C3CEB" w:rsidRDefault="009C3CEB" w:rsidP="00C34449">
      <w:pPr>
        <w:spacing w:after="0"/>
        <w:jc w:val="both"/>
        <w:rPr>
          <w:rFonts w:ascii="Times New Roman" w:hAnsi="Times New Roman" w:cs="Times New Roman"/>
          <w:sz w:val="28"/>
          <w:szCs w:val="28"/>
        </w:rPr>
      </w:pPr>
    </w:p>
    <w:p w14:paraId="3BF31F17"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A031C69" wp14:editId="6C83C330">
            <wp:extent cx="4309342" cy="3232476"/>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stretch>
                      <a:fillRect/>
                    </a:stretch>
                  </pic:blipFill>
                  <pic:spPr>
                    <a:xfrm>
                      <a:off x="0" y="0"/>
                      <a:ext cx="4332118" cy="3249561"/>
                    </a:xfrm>
                    <a:prstGeom prst="rect">
                      <a:avLst/>
                    </a:prstGeom>
                  </pic:spPr>
                </pic:pic>
              </a:graphicData>
            </a:graphic>
          </wp:inline>
        </w:drawing>
      </w:r>
    </w:p>
    <w:p w14:paraId="15D503D7" w14:textId="28010415"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B8BF2AE" wp14:editId="2D54590B">
            <wp:extent cx="4267200" cy="32008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a:xfrm>
                      <a:off x="0" y="0"/>
                      <a:ext cx="4308959" cy="3232189"/>
                    </a:xfrm>
                    <a:prstGeom prst="rect">
                      <a:avLst/>
                    </a:prstGeom>
                  </pic:spPr>
                </pic:pic>
              </a:graphicData>
            </a:graphic>
          </wp:inline>
        </w:drawing>
      </w:r>
    </w:p>
    <w:p w14:paraId="4A065D37" w14:textId="77777777" w:rsidR="009C3CEB" w:rsidRDefault="009C3CEB" w:rsidP="00C34449">
      <w:pPr>
        <w:spacing w:after="0"/>
        <w:jc w:val="both"/>
        <w:rPr>
          <w:rFonts w:ascii="Times New Roman" w:hAnsi="Times New Roman" w:cs="Times New Roman"/>
          <w:sz w:val="28"/>
          <w:szCs w:val="28"/>
        </w:rPr>
      </w:pPr>
    </w:p>
    <w:p w14:paraId="1E1244C0" w14:textId="1C12BC78" w:rsidR="0033139E"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CA8DC20" wp14:editId="12C99540">
            <wp:extent cx="4248192" cy="3186606"/>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stretch>
                      <a:fillRect/>
                    </a:stretch>
                  </pic:blipFill>
                  <pic:spPr>
                    <a:xfrm>
                      <a:off x="0" y="0"/>
                      <a:ext cx="4277383" cy="3208502"/>
                    </a:xfrm>
                    <a:prstGeom prst="rect">
                      <a:avLst/>
                    </a:prstGeom>
                  </pic:spPr>
                </pic:pic>
              </a:graphicData>
            </a:graphic>
          </wp:inline>
        </w:drawing>
      </w:r>
    </w:p>
    <w:p w14:paraId="7FA14EF2" w14:textId="77777777" w:rsidR="009C3CEB"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p>
    <w:p w14:paraId="456015BB" w14:textId="6A5E96D1" w:rsidR="00C34449" w:rsidRDefault="009C3CEB" w:rsidP="00C34449">
      <w:pPr>
        <w:spacing w:after="0"/>
        <w:jc w:val="both"/>
        <w:rPr>
          <w:rFonts w:ascii="Times New Roman" w:hAnsi="Times New Roman" w:cs="Times New Roman"/>
          <w:sz w:val="28"/>
          <w:szCs w:val="28"/>
        </w:rPr>
      </w:pPr>
      <w:r>
        <w:rPr>
          <w:rFonts w:ascii="Times New Roman" w:hAnsi="Times New Roman" w:cs="Times New Roman"/>
          <w:sz w:val="28"/>
          <w:szCs w:val="28"/>
        </w:rPr>
        <w:tab/>
      </w:r>
      <w:proofErr w:type="spellStart"/>
      <w:r w:rsidR="004355F0" w:rsidRPr="00C34449">
        <w:rPr>
          <w:rFonts w:ascii="Times New Roman" w:hAnsi="Times New Roman" w:cs="Times New Roman"/>
          <w:sz w:val="28"/>
          <w:szCs w:val="28"/>
        </w:rPr>
        <w:t>Hội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được</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tổ</w:t>
      </w:r>
      <w:proofErr w:type="spellEnd"/>
      <w:r w:rsidR="004355F0" w:rsidRPr="00C34449">
        <w:rPr>
          <w:rFonts w:ascii="Times New Roman" w:hAnsi="Times New Roman" w:cs="Times New Roman"/>
          <w:sz w:val="28"/>
          <w:szCs w:val="28"/>
        </w:rPr>
        <w:t xml:space="preserve"> chức dưới hình thức “Rung chuông vàng” với sự tham gia của 50 thí sinh chính thức. Các em đã cùng nhau chinh phục những câu hỏi trắc nghiệm và tình huống thực tiễn liên quan đến công tác phòng cháy chữa cháy. Tinh thần thi đua sôi nổi, nghiêm túc nhưng không kém phần hào hứng, sáng tạo đã tạo nên </w:t>
      </w:r>
      <w:proofErr w:type="spellStart"/>
      <w:r w:rsidR="004355F0" w:rsidRPr="00C34449">
        <w:rPr>
          <w:rFonts w:ascii="Times New Roman" w:hAnsi="Times New Roman" w:cs="Times New Roman"/>
          <w:sz w:val="28"/>
          <w:szCs w:val="28"/>
        </w:rPr>
        <w:t>một</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sân</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chơi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bổ</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ích</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thiết</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thực</w:t>
      </w:r>
      <w:proofErr w:type="spellEnd"/>
      <w:r w:rsidR="004355F0" w:rsidRPr="00C34449">
        <w:rPr>
          <w:rFonts w:ascii="Times New Roman" w:hAnsi="Times New Roman" w:cs="Times New Roman"/>
          <w:sz w:val="28"/>
          <w:szCs w:val="28"/>
        </w:rPr>
        <w:t>.</w:t>
      </w:r>
    </w:p>
    <w:p w14:paraId="5598EBA5"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2316129" wp14:editId="0575D9F5">
            <wp:extent cx="4093166" cy="545666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a:fillRect/>
                    </a:stretch>
                  </pic:blipFill>
                  <pic:spPr>
                    <a:xfrm>
                      <a:off x="0" y="0"/>
                      <a:ext cx="4138877" cy="5517601"/>
                    </a:xfrm>
                    <a:prstGeom prst="rect">
                      <a:avLst/>
                    </a:prstGeom>
                  </pic:spPr>
                </pic:pic>
              </a:graphicData>
            </a:graphic>
          </wp:inline>
        </w:drawing>
      </w:r>
    </w:p>
    <w:p w14:paraId="57F15E24"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E967E0C" wp14:editId="60234743">
            <wp:extent cx="4200292" cy="3150677"/>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a:fillRect/>
                    </a:stretch>
                  </pic:blipFill>
                  <pic:spPr>
                    <a:xfrm>
                      <a:off x="0" y="0"/>
                      <a:ext cx="4223719" cy="3168249"/>
                    </a:xfrm>
                    <a:prstGeom prst="rect">
                      <a:avLst/>
                    </a:prstGeom>
                  </pic:spPr>
                </pic:pic>
              </a:graphicData>
            </a:graphic>
          </wp:inline>
        </w:drawing>
      </w:r>
    </w:p>
    <w:p w14:paraId="48C2BD94" w14:textId="78656A48"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3642469" wp14:editId="02D12416">
            <wp:extent cx="4108955" cy="3082164"/>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stretch>
                      <a:fillRect/>
                    </a:stretch>
                  </pic:blipFill>
                  <pic:spPr>
                    <a:xfrm>
                      <a:off x="0" y="0"/>
                      <a:ext cx="4131895" cy="3099372"/>
                    </a:xfrm>
                    <a:prstGeom prst="rect">
                      <a:avLst/>
                    </a:prstGeom>
                  </pic:spPr>
                </pic:pic>
              </a:graphicData>
            </a:graphic>
          </wp:inline>
        </w:drawing>
      </w:r>
    </w:p>
    <w:p w14:paraId="65AB447D" w14:textId="77777777" w:rsidR="009C3CEB" w:rsidRDefault="009C3CEB" w:rsidP="009C3CEB">
      <w:pPr>
        <w:spacing w:after="0"/>
        <w:jc w:val="center"/>
        <w:rPr>
          <w:rFonts w:ascii="Times New Roman" w:hAnsi="Times New Roman" w:cs="Times New Roman"/>
          <w:sz w:val="28"/>
          <w:szCs w:val="28"/>
        </w:rPr>
      </w:pPr>
    </w:p>
    <w:p w14:paraId="3EE6B4D9"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9765115" wp14:editId="414E6AD6">
            <wp:extent cx="4103053" cy="30777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a:stretch>
                      <a:fillRect/>
                    </a:stretch>
                  </pic:blipFill>
                  <pic:spPr>
                    <a:xfrm>
                      <a:off x="0" y="0"/>
                      <a:ext cx="4148926" cy="3112147"/>
                    </a:xfrm>
                    <a:prstGeom prst="rect">
                      <a:avLst/>
                    </a:prstGeom>
                  </pic:spPr>
                </pic:pic>
              </a:graphicData>
            </a:graphic>
          </wp:inline>
        </w:drawing>
      </w:r>
    </w:p>
    <w:p w14:paraId="47D9E5BA" w14:textId="36D906CD" w:rsidR="0033139E"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F14F0E8" wp14:editId="458D58D4">
            <wp:extent cx="5829300" cy="43726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stretch>
                      <a:fillRect/>
                    </a:stretch>
                  </pic:blipFill>
                  <pic:spPr>
                    <a:xfrm>
                      <a:off x="0" y="0"/>
                      <a:ext cx="5829300" cy="4372610"/>
                    </a:xfrm>
                    <a:prstGeom prst="rect">
                      <a:avLst/>
                    </a:prstGeom>
                  </pic:spPr>
                </pic:pic>
              </a:graphicData>
            </a:graphic>
          </wp:inline>
        </w:drawing>
      </w:r>
    </w:p>
    <w:p w14:paraId="2F80A0C0" w14:textId="3A9AA0C5" w:rsidR="00C34449" w:rsidRPr="0033139E" w:rsidRDefault="0033139E" w:rsidP="0033139E">
      <w:pPr>
        <w:spacing w:before="120" w:after="120"/>
        <w:jc w:val="both"/>
        <w:rPr>
          <w:rFonts w:ascii="Times New Roman" w:hAnsi="Times New Roman" w:cs="Times New Roman"/>
          <w:b/>
          <w:bCs/>
          <w:sz w:val="28"/>
          <w:szCs w:val="28"/>
        </w:rPr>
      </w:pPr>
      <w:r>
        <w:rPr>
          <w:rFonts w:ascii="Times New Roman" w:hAnsi="Times New Roman" w:cs="Times New Roman"/>
          <w:b/>
          <w:bCs/>
          <w:sz w:val="28"/>
          <w:szCs w:val="28"/>
        </w:rPr>
        <w:tab/>
      </w:r>
      <w:r w:rsidR="004355F0" w:rsidRPr="0033139E">
        <w:rPr>
          <w:rFonts w:ascii="Times New Roman" w:hAnsi="Times New Roman" w:cs="Times New Roman"/>
          <w:b/>
          <w:bCs/>
          <w:sz w:val="28"/>
          <w:szCs w:val="28"/>
        </w:rPr>
        <w:t>MỤC TIÊU: “PHÒNG CHÁY HƠN CHỮA CHÁY”</w:t>
      </w:r>
    </w:p>
    <w:p w14:paraId="5307BC7E" w14:textId="779FBB68" w:rsidR="00C34449"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proofErr w:type="spellStart"/>
      <w:r w:rsidR="004355F0" w:rsidRPr="00C34449">
        <w:rPr>
          <w:rFonts w:ascii="Times New Roman" w:hAnsi="Times New Roman" w:cs="Times New Roman"/>
          <w:sz w:val="28"/>
          <w:szCs w:val="28"/>
        </w:rPr>
        <w:t>Thông</w:t>
      </w:r>
      <w:proofErr w:type="spellEnd"/>
      <w:r w:rsidR="004355F0" w:rsidRPr="00C34449">
        <w:rPr>
          <w:rFonts w:ascii="Times New Roman" w:hAnsi="Times New Roman" w:cs="Times New Roman"/>
          <w:sz w:val="28"/>
          <w:szCs w:val="28"/>
        </w:rPr>
        <w:t xml:space="preserve"> qua </w:t>
      </w:r>
      <w:proofErr w:type="spellStart"/>
      <w:r w:rsidR="004355F0" w:rsidRPr="00C34449">
        <w:rPr>
          <w:rFonts w:ascii="Times New Roman" w:hAnsi="Times New Roman" w:cs="Times New Roman"/>
          <w:sz w:val="28"/>
          <w:szCs w:val="28"/>
        </w:rPr>
        <w:t>hội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thi</w:t>
      </w:r>
      <w:proofErr w:type="spellEnd"/>
      <w:r w:rsidR="004355F0" w:rsidRPr="00C34449">
        <w:rPr>
          <w:rFonts w:ascii="Times New Roman" w:hAnsi="Times New Roman" w:cs="Times New Roman"/>
          <w:sz w:val="28"/>
          <w:szCs w:val="28"/>
        </w:rPr>
        <w:t xml:space="preserve">, các em học sinh và thầy cô đã được nâng cao hiểu biết và kỹ năng xử lý các tình huống cháy nổ, phát huy phương châm “4 tại chỗ” trong công tác PCCC. Đây cũng là dịp để tăng cường tinh thần cảnh giác, xây dựng ý thức phòng cháy từ những hành động nhỏ </w:t>
      </w:r>
      <w:proofErr w:type="spellStart"/>
      <w:r w:rsidR="004355F0" w:rsidRPr="00C34449">
        <w:rPr>
          <w:rFonts w:ascii="Times New Roman" w:hAnsi="Times New Roman" w:cs="Times New Roman"/>
          <w:sz w:val="28"/>
          <w:szCs w:val="28"/>
        </w:rPr>
        <w:t>nhất</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trong</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nhà</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trường</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và</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gia</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đình</w:t>
      </w:r>
      <w:proofErr w:type="spellEnd"/>
      <w:r w:rsidR="004355F0" w:rsidRPr="00C34449">
        <w:rPr>
          <w:rFonts w:ascii="Times New Roman" w:hAnsi="Times New Roman" w:cs="Times New Roman"/>
          <w:sz w:val="28"/>
          <w:szCs w:val="28"/>
        </w:rPr>
        <w:t>.</w:t>
      </w:r>
    </w:p>
    <w:p w14:paraId="3BE0C401"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693417C" wp14:editId="58A050A1">
            <wp:extent cx="3692658" cy="3196683"/>
            <wp:effectExtent l="0" t="0" r="317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stretch>
                      <a:fillRect/>
                    </a:stretch>
                  </pic:blipFill>
                  <pic:spPr>
                    <a:xfrm>
                      <a:off x="0" y="0"/>
                      <a:ext cx="3732369" cy="3231061"/>
                    </a:xfrm>
                    <a:prstGeom prst="rect">
                      <a:avLst/>
                    </a:prstGeom>
                  </pic:spPr>
                </pic:pic>
              </a:graphicData>
            </a:graphic>
          </wp:inline>
        </w:drawing>
      </w:r>
    </w:p>
    <w:p w14:paraId="5655328A"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DBA13D7" wp14:editId="5163C90A">
            <wp:extent cx="3796208" cy="2943922"/>
            <wp:effectExtent l="0" t="0" r="127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stretch>
                      <a:fillRect/>
                    </a:stretch>
                  </pic:blipFill>
                  <pic:spPr>
                    <a:xfrm>
                      <a:off x="0" y="0"/>
                      <a:ext cx="3814740" cy="2958293"/>
                    </a:xfrm>
                    <a:prstGeom prst="rect">
                      <a:avLst/>
                    </a:prstGeom>
                  </pic:spPr>
                </pic:pic>
              </a:graphicData>
            </a:graphic>
          </wp:inline>
        </w:drawing>
      </w:r>
    </w:p>
    <w:p w14:paraId="6DB6E970"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F877565" wp14:editId="5600CF2D">
            <wp:extent cx="3815444" cy="3718603"/>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stretch>
                      <a:fillRect/>
                    </a:stretch>
                  </pic:blipFill>
                  <pic:spPr>
                    <a:xfrm>
                      <a:off x="0" y="0"/>
                      <a:ext cx="3847661" cy="3750002"/>
                    </a:xfrm>
                    <a:prstGeom prst="rect">
                      <a:avLst/>
                    </a:prstGeom>
                  </pic:spPr>
                </pic:pic>
              </a:graphicData>
            </a:graphic>
          </wp:inline>
        </w:drawing>
      </w:r>
    </w:p>
    <w:p w14:paraId="5E06BB8B"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C56E683" wp14:editId="5A8D01CC">
            <wp:extent cx="3323993" cy="2493357"/>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stretch>
                      <a:fillRect/>
                    </a:stretch>
                  </pic:blipFill>
                  <pic:spPr>
                    <a:xfrm>
                      <a:off x="0" y="0"/>
                      <a:ext cx="3337546" cy="2503523"/>
                    </a:xfrm>
                    <a:prstGeom prst="rect">
                      <a:avLst/>
                    </a:prstGeom>
                  </pic:spPr>
                </pic:pic>
              </a:graphicData>
            </a:graphic>
          </wp:inline>
        </w:drawing>
      </w:r>
    </w:p>
    <w:p w14:paraId="6DC221FF" w14:textId="3FA6B1BD"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64BDE93" wp14:editId="41CA6E5F">
            <wp:extent cx="3606491" cy="2705261"/>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stretch>
                      <a:fillRect/>
                    </a:stretch>
                  </pic:blipFill>
                  <pic:spPr>
                    <a:xfrm>
                      <a:off x="0" y="0"/>
                      <a:ext cx="3615021" cy="2711659"/>
                    </a:xfrm>
                    <a:prstGeom prst="rect">
                      <a:avLst/>
                    </a:prstGeom>
                  </pic:spPr>
                </pic:pic>
              </a:graphicData>
            </a:graphic>
          </wp:inline>
        </w:drawing>
      </w:r>
    </w:p>
    <w:p w14:paraId="78FD6916" w14:textId="77777777" w:rsidR="009C3CEB" w:rsidRDefault="009C3CEB" w:rsidP="009C3CEB">
      <w:pPr>
        <w:spacing w:after="0"/>
        <w:jc w:val="center"/>
        <w:rPr>
          <w:rFonts w:ascii="Times New Roman" w:hAnsi="Times New Roman" w:cs="Times New Roman"/>
          <w:sz w:val="28"/>
          <w:szCs w:val="28"/>
        </w:rPr>
      </w:pPr>
    </w:p>
    <w:p w14:paraId="17FFEE41" w14:textId="15D52C48"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BAEF6ED" wp14:editId="7568AA7C">
            <wp:extent cx="3651096" cy="27387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2"/>
                    <a:stretch>
                      <a:fillRect/>
                    </a:stretch>
                  </pic:blipFill>
                  <pic:spPr>
                    <a:xfrm>
                      <a:off x="0" y="0"/>
                      <a:ext cx="3669637" cy="2752628"/>
                    </a:xfrm>
                    <a:prstGeom prst="rect">
                      <a:avLst/>
                    </a:prstGeom>
                  </pic:spPr>
                </pic:pic>
              </a:graphicData>
            </a:graphic>
          </wp:inline>
        </w:drawing>
      </w:r>
    </w:p>
    <w:p w14:paraId="2E108433" w14:textId="77777777" w:rsidR="009C3CEB" w:rsidRDefault="009C3CEB" w:rsidP="009C3CEB">
      <w:pPr>
        <w:spacing w:after="0"/>
        <w:jc w:val="center"/>
        <w:rPr>
          <w:rFonts w:ascii="Times New Roman" w:hAnsi="Times New Roman" w:cs="Times New Roman"/>
          <w:sz w:val="28"/>
          <w:szCs w:val="28"/>
        </w:rPr>
      </w:pPr>
    </w:p>
    <w:p w14:paraId="086D665B"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8023D25" wp14:editId="0DBDA66F">
            <wp:extent cx="3627337" cy="2720898"/>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a:stretch>
                      <a:fillRect/>
                    </a:stretch>
                  </pic:blipFill>
                  <pic:spPr>
                    <a:xfrm>
                      <a:off x="0" y="0"/>
                      <a:ext cx="3670249" cy="2753087"/>
                    </a:xfrm>
                    <a:prstGeom prst="rect">
                      <a:avLst/>
                    </a:prstGeom>
                  </pic:spPr>
                </pic:pic>
              </a:graphicData>
            </a:graphic>
          </wp:inline>
        </w:drawing>
      </w:r>
    </w:p>
    <w:p w14:paraId="72B52DE0" w14:textId="51C1AD6F"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4790E4A" wp14:editId="116E5BBA">
            <wp:extent cx="3747551" cy="281107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a:stretch>
                      <a:fillRect/>
                    </a:stretch>
                  </pic:blipFill>
                  <pic:spPr>
                    <a:xfrm>
                      <a:off x="0" y="0"/>
                      <a:ext cx="3784433" cy="2838737"/>
                    </a:xfrm>
                    <a:prstGeom prst="rect">
                      <a:avLst/>
                    </a:prstGeom>
                  </pic:spPr>
                </pic:pic>
              </a:graphicData>
            </a:graphic>
          </wp:inline>
        </w:drawing>
      </w:r>
    </w:p>
    <w:p w14:paraId="0E276461" w14:textId="77777777" w:rsidR="009C3CEB" w:rsidRDefault="009C3CEB" w:rsidP="009C3CEB">
      <w:pPr>
        <w:spacing w:after="0"/>
        <w:jc w:val="center"/>
        <w:rPr>
          <w:rFonts w:ascii="Times New Roman" w:hAnsi="Times New Roman" w:cs="Times New Roman"/>
          <w:sz w:val="28"/>
          <w:szCs w:val="28"/>
        </w:rPr>
      </w:pPr>
    </w:p>
    <w:p w14:paraId="1A38C96D" w14:textId="6D7F83E4"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7B25455" wp14:editId="2CCBE579">
            <wp:extent cx="3903857" cy="2928318"/>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stretch>
                      <a:fillRect/>
                    </a:stretch>
                  </pic:blipFill>
                  <pic:spPr>
                    <a:xfrm>
                      <a:off x="0" y="0"/>
                      <a:ext cx="3914200" cy="2936077"/>
                    </a:xfrm>
                    <a:prstGeom prst="rect">
                      <a:avLst/>
                    </a:prstGeom>
                  </pic:spPr>
                </pic:pic>
              </a:graphicData>
            </a:graphic>
          </wp:inline>
        </w:drawing>
      </w:r>
    </w:p>
    <w:p w14:paraId="4FF3B2E5" w14:textId="77777777" w:rsidR="009C3CEB" w:rsidRDefault="009C3CEB" w:rsidP="009C3CEB">
      <w:pPr>
        <w:spacing w:after="0"/>
        <w:jc w:val="center"/>
        <w:rPr>
          <w:rFonts w:ascii="Times New Roman" w:hAnsi="Times New Roman" w:cs="Times New Roman"/>
          <w:sz w:val="28"/>
          <w:szCs w:val="28"/>
        </w:rPr>
      </w:pPr>
    </w:p>
    <w:p w14:paraId="6119F71C"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6CBF6CA" wp14:editId="0A2B69A4">
            <wp:extent cx="3985632" cy="298965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6"/>
                    <a:stretch>
                      <a:fillRect/>
                    </a:stretch>
                  </pic:blipFill>
                  <pic:spPr>
                    <a:xfrm>
                      <a:off x="0" y="0"/>
                      <a:ext cx="3998307" cy="2999166"/>
                    </a:xfrm>
                    <a:prstGeom prst="rect">
                      <a:avLst/>
                    </a:prstGeom>
                  </pic:spPr>
                </pic:pic>
              </a:graphicData>
            </a:graphic>
          </wp:inline>
        </w:drawing>
      </w:r>
    </w:p>
    <w:p w14:paraId="2A15E8D6" w14:textId="7AD6E822"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CD57BE8" wp14:editId="7BECEB68">
            <wp:extent cx="3746810" cy="31415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stretch>
                      <a:fillRect/>
                    </a:stretch>
                  </pic:blipFill>
                  <pic:spPr>
                    <a:xfrm>
                      <a:off x="0" y="0"/>
                      <a:ext cx="3772704" cy="3163235"/>
                    </a:xfrm>
                    <a:prstGeom prst="rect">
                      <a:avLst/>
                    </a:prstGeom>
                  </pic:spPr>
                </pic:pic>
              </a:graphicData>
            </a:graphic>
          </wp:inline>
        </w:drawing>
      </w:r>
    </w:p>
    <w:p w14:paraId="219469FF" w14:textId="77777777" w:rsidR="009C3CEB" w:rsidRDefault="009C3CEB" w:rsidP="009C3CEB">
      <w:pPr>
        <w:spacing w:after="0"/>
        <w:jc w:val="center"/>
        <w:rPr>
          <w:rFonts w:ascii="Times New Roman" w:hAnsi="Times New Roman" w:cs="Times New Roman"/>
          <w:sz w:val="28"/>
          <w:szCs w:val="28"/>
        </w:rPr>
      </w:pPr>
    </w:p>
    <w:p w14:paraId="76DB44CF"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3D571CA" wp14:editId="2AD1DB2B">
            <wp:extent cx="3851465" cy="28890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stretch>
                      <a:fillRect/>
                    </a:stretch>
                  </pic:blipFill>
                  <pic:spPr>
                    <a:xfrm>
                      <a:off x="0" y="0"/>
                      <a:ext cx="3877013" cy="2908182"/>
                    </a:xfrm>
                    <a:prstGeom prst="rect">
                      <a:avLst/>
                    </a:prstGeom>
                  </pic:spPr>
                </pic:pic>
              </a:graphicData>
            </a:graphic>
          </wp:inline>
        </w:drawing>
      </w:r>
    </w:p>
    <w:p w14:paraId="15C756FA" w14:textId="77777777"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16E3553" wp14:editId="1B5AC133">
            <wp:extent cx="3871183" cy="2903809"/>
            <wp:effectExtent l="0" t="0" r="254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a:stretch>
                      <a:fillRect/>
                    </a:stretch>
                  </pic:blipFill>
                  <pic:spPr>
                    <a:xfrm>
                      <a:off x="0" y="0"/>
                      <a:ext cx="3893018" cy="2920187"/>
                    </a:xfrm>
                    <a:prstGeom prst="rect">
                      <a:avLst/>
                    </a:prstGeom>
                  </pic:spPr>
                </pic:pic>
              </a:graphicData>
            </a:graphic>
          </wp:inline>
        </w:drawing>
      </w:r>
    </w:p>
    <w:p w14:paraId="421B660C" w14:textId="77777777" w:rsidR="009C3CEB" w:rsidRDefault="009C3CEB" w:rsidP="00C34449">
      <w:pPr>
        <w:spacing w:after="0"/>
        <w:jc w:val="both"/>
        <w:rPr>
          <w:rFonts w:ascii="Times New Roman" w:hAnsi="Times New Roman" w:cs="Times New Roman"/>
          <w:sz w:val="28"/>
          <w:szCs w:val="28"/>
        </w:rPr>
      </w:pPr>
    </w:p>
    <w:p w14:paraId="2C97A225" w14:textId="1D6761DA" w:rsidR="009C3CEB"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CA9CCB2" wp14:editId="00FD6D60">
            <wp:extent cx="3955896" cy="2967353"/>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0"/>
                    <a:stretch>
                      <a:fillRect/>
                    </a:stretch>
                  </pic:blipFill>
                  <pic:spPr>
                    <a:xfrm>
                      <a:off x="0" y="0"/>
                      <a:ext cx="3972041" cy="2979464"/>
                    </a:xfrm>
                    <a:prstGeom prst="rect">
                      <a:avLst/>
                    </a:prstGeom>
                  </pic:spPr>
                </pic:pic>
              </a:graphicData>
            </a:graphic>
          </wp:inline>
        </w:drawing>
      </w:r>
    </w:p>
    <w:p w14:paraId="2221B633" w14:textId="77777777" w:rsidR="009C3CEB" w:rsidRDefault="009C3CEB" w:rsidP="009C3CEB">
      <w:pPr>
        <w:spacing w:after="0"/>
        <w:jc w:val="center"/>
        <w:rPr>
          <w:rFonts w:ascii="Times New Roman" w:hAnsi="Times New Roman" w:cs="Times New Roman"/>
          <w:sz w:val="28"/>
          <w:szCs w:val="28"/>
        </w:rPr>
      </w:pPr>
    </w:p>
    <w:p w14:paraId="45E580F0" w14:textId="1559AEE7" w:rsidR="0033139E" w:rsidRDefault="0033139E" w:rsidP="009C3CE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EE61DF5" wp14:editId="0F15CE85">
            <wp:extent cx="3955415" cy="296699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stretch>
                      <a:fillRect/>
                    </a:stretch>
                  </pic:blipFill>
                  <pic:spPr>
                    <a:xfrm>
                      <a:off x="0" y="0"/>
                      <a:ext cx="3973814" cy="2980793"/>
                    </a:xfrm>
                    <a:prstGeom prst="rect">
                      <a:avLst/>
                    </a:prstGeom>
                  </pic:spPr>
                </pic:pic>
              </a:graphicData>
            </a:graphic>
          </wp:inline>
        </w:drawing>
      </w:r>
    </w:p>
    <w:p w14:paraId="20FD2DEB" w14:textId="5ECAA8A1" w:rsidR="00C34449" w:rsidRPr="005B2B39" w:rsidRDefault="004355F0" w:rsidP="005B2B39">
      <w:pPr>
        <w:spacing w:before="120" w:after="120"/>
        <w:jc w:val="center"/>
        <w:rPr>
          <w:rFonts w:ascii="Times New Roman" w:hAnsi="Times New Roman" w:cs="Times New Roman"/>
          <w:sz w:val="28"/>
          <w:szCs w:val="28"/>
        </w:rPr>
      </w:pPr>
      <w:r w:rsidRPr="0033139E">
        <w:rPr>
          <w:rFonts w:ascii="Times New Roman" w:hAnsi="Times New Roman" w:cs="Times New Roman"/>
          <w:b/>
          <w:bCs/>
          <w:sz w:val="28"/>
          <w:szCs w:val="28"/>
        </w:rPr>
        <w:t>TRAO THƯỞNG &amp; VINH DANH</w:t>
      </w:r>
    </w:p>
    <w:p w14:paraId="0525D344" w14:textId="77777777" w:rsidR="009C5201"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proofErr w:type="spellStart"/>
      <w:r w:rsidR="004355F0" w:rsidRPr="00C34449">
        <w:rPr>
          <w:rFonts w:ascii="Times New Roman" w:hAnsi="Times New Roman" w:cs="Times New Roman"/>
          <w:sz w:val="28"/>
          <w:szCs w:val="28"/>
        </w:rPr>
        <w:t>Cuối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chương</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trình</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các</w:t>
      </w:r>
      <w:proofErr w:type="spellEnd"/>
      <w:r w:rsidR="004355F0" w:rsidRPr="00C34449">
        <w:rPr>
          <w:rFonts w:ascii="Times New Roman" w:hAnsi="Times New Roman" w:cs="Times New Roman"/>
          <w:sz w:val="28"/>
          <w:szCs w:val="28"/>
        </w:rPr>
        <w:t xml:space="preserve"> thí sinh xuất sắc nhất đã được xướng tên </w:t>
      </w:r>
      <w:proofErr w:type="spellStart"/>
      <w:r w:rsidR="004355F0" w:rsidRPr="00C34449">
        <w:rPr>
          <w:rFonts w:ascii="Times New Roman" w:hAnsi="Times New Roman" w:cs="Times New Roman"/>
          <w:sz w:val="28"/>
          <w:szCs w:val="28"/>
        </w:rPr>
        <w:t>và</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vinh</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danh</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với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các</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giải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thưởng</w:t>
      </w:r>
      <w:proofErr w:type="spellEnd"/>
      <w:r w:rsidR="004355F0" w:rsidRPr="00C34449">
        <w:rPr>
          <w:rFonts w:ascii="Times New Roman" w:hAnsi="Times New Roman" w:cs="Times New Roman"/>
          <w:sz w:val="28"/>
          <w:szCs w:val="28"/>
        </w:rPr>
        <w:t>:</w:t>
      </w:r>
    </w:p>
    <w:p w14:paraId="7A49A690" w14:textId="3E8B681C" w:rsidR="00C34449" w:rsidRDefault="009C5201" w:rsidP="005B2B39">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0EE57E8" wp14:editId="18E2F13C">
            <wp:extent cx="4921404" cy="3691589"/>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stretch>
                      <a:fillRect/>
                    </a:stretch>
                  </pic:blipFill>
                  <pic:spPr>
                    <a:xfrm>
                      <a:off x="0" y="0"/>
                      <a:ext cx="4944000" cy="3708539"/>
                    </a:xfrm>
                    <a:prstGeom prst="rect">
                      <a:avLst/>
                    </a:prstGeom>
                  </pic:spPr>
                </pic:pic>
              </a:graphicData>
            </a:graphic>
          </wp:inline>
        </w:drawing>
      </w:r>
    </w:p>
    <w:p w14:paraId="3BB3B7AC" w14:textId="77777777" w:rsidR="009C5201" w:rsidRPr="009C3CEB" w:rsidRDefault="004355F0" w:rsidP="009C5201">
      <w:pPr>
        <w:spacing w:after="0"/>
        <w:jc w:val="center"/>
        <w:rPr>
          <w:rFonts w:ascii="Times New Roman" w:hAnsi="Times New Roman" w:cs="Times New Roman"/>
          <w:b/>
          <w:bCs/>
          <w:i/>
          <w:iCs/>
          <w:sz w:val="28"/>
          <w:szCs w:val="28"/>
        </w:rPr>
      </w:pPr>
      <w:proofErr w:type="spellStart"/>
      <w:r w:rsidRPr="009C3CEB">
        <w:rPr>
          <w:rFonts w:ascii="Times New Roman" w:hAnsi="Times New Roman" w:cs="Times New Roman"/>
          <w:b/>
          <w:bCs/>
          <w:i/>
          <w:iCs/>
          <w:sz w:val="28"/>
          <w:szCs w:val="28"/>
        </w:rPr>
        <w:t>Giải</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Nhất</w:t>
      </w:r>
      <w:proofErr w:type="spellEnd"/>
      <w:r w:rsidRPr="009C3CEB">
        <w:rPr>
          <w:rFonts w:ascii="Times New Roman" w:hAnsi="Times New Roman" w:cs="Times New Roman"/>
          <w:b/>
          <w:bCs/>
          <w:i/>
          <w:iCs/>
          <w:sz w:val="28"/>
          <w:szCs w:val="28"/>
        </w:rPr>
        <w:t xml:space="preserve"> </w:t>
      </w:r>
      <w:proofErr w:type="spellStart"/>
      <w:r w:rsidR="0033139E" w:rsidRPr="009C3CEB">
        <w:rPr>
          <w:rFonts w:ascii="Times New Roman" w:hAnsi="Times New Roman" w:cs="Times New Roman"/>
          <w:b/>
          <w:bCs/>
          <w:i/>
          <w:iCs/>
          <w:sz w:val="28"/>
          <w:szCs w:val="28"/>
        </w:rPr>
        <w:t>Em</w:t>
      </w:r>
      <w:proofErr w:type="spellEnd"/>
      <w:r w:rsidR="0033139E" w:rsidRPr="009C3CEB">
        <w:rPr>
          <w:rFonts w:ascii="Times New Roman" w:hAnsi="Times New Roman" w:cs="Times New Roman"/>
          <w:b/>
          <w:bCs/>
          <w:i/>
          <w:iCs/>
          <w:sz w:val="28"/>
          <w:szCs w:val="28"/>
        </w:rPr>
        <w:t xml:space="preserve"> </w:t>
      </w:r>
      <w:proofErr w:type="spellStart"/>
      <w:r w:rsidR="0033139E" w:rsidRPr="009C3CEB">
        <w:rPr>
          <w:rFonts w:ascii="Times New Roman" w:hAnsi="Times New Roman" w:cs="Times New Roman"/>
          <w:b/>
          <w:bCs/>
          <w:i/>
          <w:iCs/>
          <w:sz w:val="28"/>
          <w:szCs w:val="28"/>
        </w:rPr>
        <w:t>Hải</w:t>
      </w:r>
      <w:proofErr w:type="spellEnd"/>
      <w:r w:rsidR="0033139E" w:rsidRPr="009C3CEB">
        <w:rPr>
          <w:rFonts w:ascii="Times New Roman" w:hAnsi="Times New Roman" w:cs="Times New Roman"/>
          <w:b/>
          <w:bCs/>
          <w:i/>
          <w:iCs/>
          <w:sz w:val="28"/>
          <w:szCs w:val="28"/>
        </w:rPr>
        <w:t xml:space="preserve"> Anh – </w:t>
      </w:r>
      <w:proofErr w:type="spellStart"/>
      <w:r w:rsidR="0033139E" w:rsidRPr="009C3CEB">
        <w:rPr>
          <w:rFonts w:ascii="Times New Roman" w:hAnsi="Times New Roman" w:cs="Times New Roman"/>
          <w:b/>
          <w:bCs/>
          <w:i/>
          <w:iCs/>
          <w:sz w:val="28"/>
          <w:szCs w:val="28"/>
        </w:rPr>
        <w:t>lớp</w:t>
      </w:r>
      <w:proofErr w:type="spellEnd"/>
      <w:r w:rsidR="0033139E" w:rsidRPr="009C3CEB">
        <w:rPr>
          <w:rFonts w:ascii="Times New Roman" w:hAnsi="Times New Roman" w:cs="Times New Roman"/>
          <w:b/>
          <w:bCs/>
          <w:i/>
          <w:iCs/>
          <w:sz w:val="28"/>
          <w:szCs w:val="28"/>
        </w:rPr>
        <w:t xml:space="preserve"> 7A1</w:t>
      </w:r>
      <w:r w:rsidR="009C5201" w:rsidRPr="009C3CEB">
        <w:rPr>
          <w:rFonts w:ascii="Times New Roman" w:hAnsi="Times New Roman" w:cs="Times New Roman"/>
          <w:b/>
          <w:bCs/>
          <w:i/>
          <w:iCs/>
          <w:sz w:val="28"/>
          <w:szCs w:val="28"/>
        </w:rPr>
        <w:t xml:space="preserve">; </w:t>
      </w:r>
    </w:p>
    <w:p w14:paraId="30BFB680" w14:textId="316CF304" w:rsidR="00C34449" w:rsidRPr="009C3CEB" w:rsidRDefault="004355F0" w:rsidP="009C5201">
      <w:pPr>
        <w:spacing w:after="0"/>
        <w:jc w:val="center"/>
        <w:rPr>
          <w:rFonts w:ascii="Times New Roman" w:hAnsi="Times New Roman" w:cs="Times New Roman"/>
          <w:b/>
          <w:bCs/>
          <w:i/>
          <w:iCs/>
          <w:sz w:val="28"/>
          <w:szCs w:val="28"/>
        </w:rPr>
      </w:pPr>
      <w:proofErr w:type="spellStart"/>
      <w:r w:rsidRPr="009C3CEB">
        <w:rPr>
          <w:rFonts w:ascii="Times New Roman" w:hAnsi="Times New Roman" w:cs="Times New Roman"/>
          <w:b/>
          <w:bCs/>
          <w:i/>
          <w:iCs/>
          <w:sz w:val="28"/>
          <w:szCs w:val="28"/>
        </w:rPr>
        <w:t>Giải</w:t>
      </w:r>
      <w:proofErr w:type="spellEnd"/>
      <w:r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Nhì</w:t>
      </w:r>
      <w:proofErr w:type="spellEnd"/>
      <w:r w:rsidRPr="009C3CEB">
        <w:rPr>
          <w:rFonts w:ascii="Times New Roman" w:hAnsi="Times New Roman" w:cs="Times New Roman"/>
          <w:b/>
          <w:bCs/>
          <w:i/>
          <w:iCs/>
          <w:sz w:val="28"/>
          <w:szCs w:val="28"/>
        </w:rPr>
        <w:t xml:space="preserve"> </w:t>
      </w:r>
      <w:proofErr w:type="spellStart"/>
      <w:r w:rsidR="009C5201" w:rsidRPr="009C3CEB">
        <w:rPr>
          <w:rFonts w:ascii="Times New Roman" w:hAnsi="Times New Roman" w:cs="Times New Roman"/>
          <w:b/>
          <w:bCs/>
          <w:i/>
          <w:iCs/>
          <w:sz w:val="28"/>
          <w:szCs w:val="28"/>
        </w:rPr>
        <w:t>Em</w:t>
      </w:r>
      <w:proofErr w:type="spellEnd"/>
      <w:r w:rsidR="009C5201" w:rsidRPr="009C3CEB">
        <w:rPr>
          <w:rFonts w:ascii="Times New Roman" w:hAnsi="Times New Roman" w:cs="Times New Roman"/>
          <w:b/>
          <w:bCs/>
          <w:i/>
          <w:iCs/>
          <w:sz w:val="28"/>
          <w:szCs w:val="28"/>
        </w:rPr>
        <w:t xml:space="preserve">; </w:t>
      </w:r>
      <w:proofErr w:type="spellStart"/>
      <w:r w:rsidRPr="009C3CEB">
        <w:rPr>
          <w:rFonts w:ascii="Times New Roman" w:hAnsi="Times New Roman" w:cs="Times New Roman"/>
          <w:b/>
          <w:bCs/>
          <w:i/>
          <w:iCs/>
          <w:sz w:val="28"/>
          <w:szCs w:val="28"/>
        </w:rPr>
        <w:t>Giải</w:t>
      </w:r>
      <w:proofErr w:type="spellEnd"/>
      <w:r w:rsidRPr="009C3CEB">
        <w:rPr>
          <w:rFonts w:ascii="Times New Roman" w:hAnsi="Times New Roman" w:cs="Times New Roman"/>
          <w:b/>
          <w:bCs/>
          <w:i/>
          <w:iCs/>
          <w:sz w:val="28"/>
          <w:szCs w:val="28"/>
        </w:rPr>
        <w:t xml:space="preserve"> Ba </w:t>
      </w:r>
      <w:proofErr w:type="spellStart"/>
      <w:r w:rsidR="009C5201" w:rsidRPr="009C3CEB">
        <w:rPr>
          <w:rFonts w:ascii="Times New Roman" w:hAnsi="Times New Roman" w:cs="Times New Roman"/>
          <w:b/>
          <w:bCs/>
          <w:i/>
          <w:iCs/>
          <w:sz w:val="28"/>
          <w:szCs w:val="28"/>
        </w:rPr>
        <w:t>Em</w:t>
      </w:r>
      <w:proofErr w:type="spellEnd"/>
      <w:r w:rsidR="009C5201" w:rsidRPr="009C3CEB">
        <w:rPr>
          <w:rFonts w:ascii="Times New Roman" w:hAnsi="Times New Roman" w:cs="Times New Roman"/>
          <w:b/>
          <w:bCs/>
          <w:i/>
          <w:iCs/>
          <w:sz w:val="28"/>
          <w:szCs w:val="28"/>
        </w:rPr>
        <w:t xml:space="preserve"> </w:t>
      </w:r>
      <w:proofErr w:type="spellStart"/>
      <w:r w:rsidR="009C5201" w:rsidRPr="009C3CEB">
        <w:rPr>
          <w:rFonts w:ascii="Times New Roman" w:hAnsi="Times New Roman" w:cs="Times New Roman"/>
          <w:b/>
          <w:bCs/>
          <w:i/>
          <w:iCs/>
          <w:sz w:val="28"/>
          <w:szCs w:val="28"/>
        </w:rPr>
        <w:t>Ngô</w:t>
      </w:r>
      <w:proofErr w:type="spellEnd"/>
      <w:r w:rsidR="009C5201" w:rsidRPr="009C3CEB">
        <w:rPr>
          <w:rFonts w:ascii="Times New Roman" w:hAnsi="Times New Roman" w:cs="Times New Roman"/>
          <w:b/>
          <w:bCs/>
          <w:i/>
          <w:iCs/>
          <w:sz w:val="28"/>
          <w:szCs w:val="28"/>
        </w:rPr>
        <w:t xml:space="preserve"> </w:t>
      </w:r>
      <w:proofErr w:type="spellStart"/>
      <w:r w:rsidR="009C5201" w:rsidRPr="009C3CEB">
        <w:rPr>
          <w:rFonts w:ascii="Times New Roman" w:hAnsi="Times New Roman" w:cs="Times New Roman"/>
          <w:b/>
          <w:bCs/>
          <w:i/>
          <w:iCs/>
          <w:sz w:val="28"/>
          <w:szCs w:val="28"/>
        </w:rPr>
        <w:t>Huyền</w:t>
      </w:r>
      <w:proofErr w:type="spellEnd"/>
      <w:r w:rsidR="009C5201" w:rsidRPr="009C3CEB">
        <w:rPr>
          <w:rFonts w:ascii="Times New Roman" w:hAnsi="Times New Roman" w:cs="Times New Roman"/>
          <w:b/>
          <w:bCs/>
          <w:i/>
          <w:iCs/>
          <w:sz w:val="28"/>
          <w:szCs w:val="28"/>
        </w:rPr>
        <w:t xml:space="preserve"> Trang – </w:t>
      </w:r>
      <w:proofErr w:type="spellStart"/>
      <w:r w:rsidR="009C5201" w:rsidRPr="009C3CEB">
        <w:rPr>
          <w:rFonts w:ascii="Times New Roman" w:hAnsi="Times New Roman" w:cs="Times New Roman"/>
          <w:b/>
          <w:bCs/>
          <w:i/>
          <w:iCs/>
          <w:sz w:val="28"/>
          <w:szCs w:val="28"/>
        </w:rPr>
        <w:t>Lớp</w:t>
      </w:r>
      <w:proofErr w:type="spellEnd"/>
      <w:r w:rsidR="009C5201" w:rsidRPr="009C3CEB">
        <w:rPr>
          <w:rFonts w:ascii="Times New Roman" w:hAnsi="Times New Roman" w:cs="Times New Roman"/>
          <w:b/>
          <w:bCs/>
          <w:i/>
          <w:iCs/>
          <w:sz w:val="28"/>
          <w:szCs w:val="28"/>
        </w:rPr>
        <w:t xml:space="preserve"> 7A5</w:t>
      </w:r>
    </w:p>
    <w:p w14:paraId="0FB9F7B4" w14:textId="14B9BE1D" w:rsidR="006E2EF3" w:rsidRPr="00C34449"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r w:rsidR="004355F0" w:rsidRPr="00C34449">
        <w:rPr>
          <w:rFonts w:ascii="Times New Roman" w:hAnsi="Times New Roman" w:cs="Times New Roman"/>
          <w:sz w:val="28"/>
          <w:szCs w:val="28"/>
        </w:rPr>
        <w:t xml:space="preserve">Ban </w:t>
      </w:r>
      <w:proofErr w:type="spellStart"/>
      <w:r w:rsidR="004355F0" w:rsidRPr="00C34449">
        <w:rPr>
          <w:rFonts w:ascii="Times New Roman" w:hAnsi="Times New Roman" w:cs="Times New Roman"/>
          <w:sz w:val="28"/>
          <w:szCs w:val="28"/>
        </w:rPr>
        <w:t>Giám</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khảo</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với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sự</w:t>
      </w:r>
      <w:proofErr w:type="spellEnd"/>
      <w:r w:rsidR="004355F0" w:rsidRPr="00C34449">
        <w:rPr>
          <w:rFonts w:ascii="Times New Roman" w:hAnsi="Times New Roman" w:cs="Times New Roman"/>
          <w:sz w:val="28"/>
          <w:szCs w:val="28"/>
        </w:rPr>
        <w:t xml:space="preserve"> công tâm và trách nhiệm đã góp phần to lớn vào thành công của hội thi.</w:t>
      </w:r>
    </w:p>
    <w:p w14:paraId="6C607F2B" w14:textId="20201A67" w:rsidR="006E2EF3" w:rsidRPr="00C34449" w:rsidRDefault="0033139E" w:rsidP="00C34449">
      <w:pPr>
        <w:spacing w:after="0"/>
        <w:jc w:val="both"/>
        <w:rPr>
          <w:rFonts w:ascii="Times New Roman" w:hAnsi="Times New Roman" w:cs="Times New Roman"/>
          <w:sz w:val="28"/>
          <w:szCs w:val="28"/>
        </w:rPr>
      </w:pPr>
      <w:r>
        <w:rPr>
          <w:rFonts w:ascii="Times New Roman" w:hAnsi="Times New Roman" w:cs="Times New Roman"/>
          <w:sz w:val="28"/>
          <w:szCs w:val="28"/>
        </w:rPr>
        <w:tab/>
      </w:r>
      <w:proofErr w:type="spellStart"/>
      <w:r w:rsidR="004355F0" w:rsidRPr="00C34449">
        <w:rPr>
          <w:rFonts w:ascii="Times New Roman" w:hAnsi="Times New Roman" w:cs="Times New Roman"/>
          <w:sz w:val="28"/>
          <w:szCs w:val="28"/>
        </w:rPr>
        <w:t>Hội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thi</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Báo</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Cháy</w:t>
      </w:r>
      <w:proofErr w:type="spellEnd"/>
      <w:r w:rsidR="004355F0" w:rsidRPr="00C34449">
        <w:rPr>
          <w:rFonts w:ascii="Times New Roman" w:hAnsi="Times New Roman" w:cs="Times New Roman"/>
          <w:sz w:val="28"/>
          <w:szCs w:val="28"/>
        </w:rPr>
        <w:t xml:space="preserve"> 114" không chỉ là sân chơi trí tuệ mà còn là bài học quý giá về tinh thần chủ động, trách nhiệm trong bảo vệ sự an toàn cho cộng đồng. </w:t>
      </w:r>
      <w:r>
        <w:rPr>
          <w:rFonts w:ascii="Times New Roman" w:hAnsi="Times New Roman" w:cs="Times New Roman"/>
          <w:sz w:val="28"/>
          <w:szCs w:val="28"/>
        </w:rPr>
        <w:tab/>
      </w:r>
      <w:r w:rsidR="004355F0" w:rsidRPr="00C34449">
        <w:rPr>
          <w:rFonts w:ascii="Times New Roman" w:hAnsi="Times New Roman" w:cs="Times New Roman"/>
          <w:sz w:val="28"/>
          <w:szCs w:val="28"/>
        </w:rPr>
        <w:t xml:space="preserve">Hy </w:t>
      </w:r>
      <w:proofErr w:type="spellStart"/>
      <w:r w:rsidR="004355F0" w:rsidRPr="00C34449">
        <w:rPr>
          <w:rFonts w:ascii="Times New Roman" w:hAnsi="Times New Roman" w:cs="Times New Roman"/>
          <w:sz w:val="28"/>
          <w:szCs w:val="28"/>
        </w:rPr>
        <w:t>vọng</w:t>
      </w:r>
      <w:proofErr w:type="spellEnd"/>
      <w:r w:rsidR="004355F0" w:rsidRPr="00C34449">
        <w:rPr>
          <w:rFonts w:ascii="Times New Roman" w:hAnsi="Times New Roman" w:cs="Times New Roman"/>
          <w:sz w:val="28"/>
          <w:szCs w:val="28"/>
        </w:rPr>
        <w:t xml:space="preserve"> </w:t>
      </w:r>
      <w:proofErr w:type="spellStart"/>
      <w:r w:rsidR="004355F0" w:rsidRPr="00C34449">
        <w:rPr>
          <w:rFonts w:ascii="Times New Roman" w:hAnsi="Times New Roman" w:cs="Times New Roman"/>
          <w:sz w:val="28"/>
          <w:szCs w:val="28"/>
        </w:rPr>
        <w:t>rằng</w:t>
      </w:r>
      <w:proofErr w:type="spellEnd"/>
      <w:r w:rsidR="004355F0" w:rsidRPr="00C34449">
        <w:rPr>
          <w:rFonts w:ascii="Times New Roman" w:hAnsi="Times New Roman" w:cs="Times New Roman"/>
          <w:sz w:val="28"/>
          <w:szCs w:val="28"/>
        </w:rPr>
        <w:t xml:space="preserve">, qua </w:t>
      </w:r>
      <w:proofErr w:type="spellStart"/>
      <w:r w:rsidR="004355F0" w:rsidRPr="00C34449">
        <w:rPr>
          <w:rFonts w:ascii="Times New Roman" w:hAnsi="Times New Roman" w:cs="Times New Roman"/>
          <w:sz w:val="28"/>
          <w:szCs w:val="28"/>
        </w:rPr>
        <w:t>hoạt</w:t>
      </w:r>
      <w:proofErr w:type="spellEnd"/>
      <w:r w:rsidR="004355F0" w:rsidRPr="00C34449">
        <w:rPr>
          <w:rFonts w:ascii="Times New Roman" w:hAnsi="Times New Roman" w:cs="Times New Roman"/>
          <w:sz w:val="28"/>
          <w:szCs w:val="28"/>
        </w:rPr>
        <w:t xml:space="preserve"> động ý nghĩa này, mỗi học sinh sẽ trở thành một "chiến sĩ nhỏ" trong công cuộc phòng cháy chữa cháy ngay từ hôm nay!</w:t>
      </w:r>
    </w:p>
    <w:p w14:paraId="6D4EBDA2" w14:textId="36E76D0B" w:rsidR="00C34449" w:rsidRDefault="003E5677" w:rsidP="00C3444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Rungchuongvang</w:t>
      </w:r>
      <w:proofErr w:type="spellEnd"/>
    </w:p>
    <w:p w14:paraId="674F140A" w14:textId="24BF86E7" w:rsidR="003E5677" w:rsidRPr="00C34449" w:rsidRDefault="003E5677" w:rsidP="00C34449">
      <w:pPr>
        <w:spacing w:after="0"/>
        <w:jc w:val="both"/>
        <w:rPr>
          <w:rFonts w:ascii="Times New Roman" w:hAnsi="Times New Roman" w:cs="Times New Roman"/>
          <w:sz w:val="28"/>
          <w:szCs w:val="28"/>
        </w:rPr>
      </w:pPr>
      <w:r>
        <w:rPr>
          <w:rFonts w:ascii="Times New Roman" w:hAnsi="Times New Roman" w:cs="Times New Roman"/>
          <w:sz w:val="28"/>
          <w:szCs w:val="28"/>
        </w:rPr>
        <w:t>#Baochay11</w:t>
      </w:r>
    </w:p>
    <w:sectPr w:rsidR="003E5677" w:rsidRPr="00C34449" w:rsidSect="009C3CEB">
      <w:pgSz w:w="11900" w:h="16840"/>
      <w:pgMar w:top="1017" w:right="1260" w:bottom="1198"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ourier">
    <w:panose1 w:val="00000000000000000000"/>
    <w:charset w:val="00"/>
    <w:family w:val="auto"/>
    <w:pitch w:val="variable"/>
    <w:sig w:usb0="00000003" w:usb1="00000000" w:usb2="00000000" w:usb3="00000000" w:csb0="00000001" w:csb1="00000000"/>
  </w:font>
  <w:font w:name="Apple Color Emoji">
    <w:altName w:val="Apple Color Emoji"/>
    <w:panose1 w:val="00000000000000000000"/>
    <w:charset w:val="00"/>
    <w:family w:val="auto"/>
    <w:pitch w:val="variable"/>
    <w:sig w:usb0="00000003" w:usb1="18000000" w:usb2="14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1"/>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29639D"/>
    <w:rsid w:val="00326F90"/>
    <w:rsid w:val="0033139E"/>
    <w:rsid w:val="003E5677"/>
    <w:rsid w:val="004355F0"/>
    <w:rsid w:val="005B2B39"/>
    <w:rsid w:val="006E2EF3"/>
    <w:rsid w:val="009C3CEB"/>
    <w:rsid w:val="009C5201"/>
    <w:rsid w:val="00AA1D8D"/>
    <w:rsid w:val="00B47730"/>
    <w:rsid w:val="00C34449"/>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61A43F"/>
  <w14:defaultImageDpi w14:val="300"/>
  <w15:docId w15:val="{C30EB95C-130A-8043-9C4A-2E5A75866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g"/><Relationship Id="rId34" Type="http://schemas.openxmlformats.org/officeDocument/2006/relationships/theme" Target="theme/theme1.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341</Words>
  <Characters>1950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Microsoft Office User</cp:lastModifiedBy>
  <cp:revision>3</cp:revision>
  <dcterms:created xsi:type="dcterms:W3CDTF">2025-05-16T02:50:00Z</dcterms:created>
  <dcterms:modified xsi:type="dcterms:W3CDTF">2025-05-16T02:56:00Z</dcterms:modified>
  <cp:category/>
</cp:coreProperties>
</file>